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[Nombre y apellidos]</w:t>
      </w:r>
    </w:p>
    <w:p>
      <w:r>
        <w:t>[Teléfono] · [Correo electrónico]</w:t>
      </w:r>
    </w:p>
    <w:p>
      <w:r>
        <w:t>[Fecha]</w:t>
      </w:r>
    </w:p>
    <w:p>
      <w:r>
        <w:t>[Persona responsable de selección]</w:t>
        <w:br/>
        <w:t>[Empresa]</w:t>
      </w:r>
    </w:p>
    <w:p>
      <w:r>
        <w:rPr>
          <w:b/>
        </w:rPr>
        <w:t>Candidatura a [puesto o referencia]</w:t>
      </w:r>
    </w:p>
    <w:p>
      <w:r>
        <w:t>Estimado/a [nombre o cargo]:</w:t>
      </w:r>
    </w:p>
    <w:p>
      <w:r>
        <w:t>Me presento a la vacante de [puesto]. Me interesa esta oportunidad por [motivo concreto relacionado con el trabajo y la organización].</w:t>
      </w:r>
    </w:p>
    <w:p>
      <w:r>
        <w:t>En [experiencia, formación o proyecto relevante], [acción realizada y resultado verificable]. Esta experiencia me ha permitido desarrollar [competencia relacionada con un requisito del puesto].</w:t>
      </w:r>
    </w:p>
    <w:p>
      <w:r>
        <w:t>Puedo aportar [otra capacidad pertinente], como demostré al [ejemplo concreto]. Me gustaría aplicar esta experiencia a [necesidad o función descrita en la oferta].</w:t>
      </w:r>
    </w:p>
    <w:p>
      <w:r>
        <w:t>Adjunto mi CV. Quedo a su disposición para conversar sobre mi candidatura. Gracias por su tiempo y consideración.</w:t>
      </w:r>
    </w:p>
    <w:p>
      <w:r>
        <w:t>Atentamente,</w:t>
        <w:br/>
        <w:t>[Nombre y apellidos]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candidatura editable</dc:title>
  <dc:subject/>
  <dc:creator>VYRCO</dc:creator>
  <cp:keywords/>
  <dc:description>Plantilla original VYRCO. Uso y adaptación gratuitos, incluido uso profesional. Se permite retirar la atribución al enviar una candidatura propia. No revender como plantilla original propia.</dc:description>
  <cp:lastModifiedBy>VYRCO</cp:lastModifiedBy>
  <cp:revision>1</cp:revision>
  <dcterms:created xsi:type="dcterms:W3CDTF">2026-10-24T12:00:00Z</dcterms:created>
  <dcterms:modified xsi:type="dcterms:W3CDTF">2026-10-24T12:00:00Z</dcterms:modified>
  <cp:category/>
</cp:coreProperties>
</file>