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[Nombre y apellidos]</w:t>
      </w:r>
    </w:p>
    <w:p>
      <w:r>
        <w:t>[Puesto o especialidad]</w:t>
      </w:r>
    </w:p>
    <w:p>
      <w:r>
        <w:t>[Ciudad] · [Teléfono] · [Correo electrónico]</w:t>
      </w:r>
    </w:p>
    <w:p>
      <w:pPr>
        <w:pStyle w:val="Heading1"/>
      </w:pPr>
      <w:r>
        <w:t>Perfil profesional</w:t>
      </w:r>
    </w:p>
    <w:p>
      <w:r>
        <w:t>[Especialidad, experiencia o formación relevante y aportación concreta al puesto.]</w:t>
      </w:r>
    </w:p>
    <w:p>
      <w:pPr>
        <w:pStyle w:val="Heading1"/>
      </w:pPr>
      <w:r>
        <w:t>Experiencia y proyectos</w:t>
      </w:r>
    </w:p>
    <w:p>
      <w:r>
        <w:rPr>
          <w:b/>
        </w:rPr>
        <w:t>[Puesto o proyecto] · [Organización]</w:t>
      </w:r>
    </w:p>
    <w:p>
      <w:r>
        <w:t>[Mes/año de inicio] – [Mes/año de fin o Actualidad]</w:t>
      </w:r>
    </w:p>
    <w:p>
      <w:pPr>
        <w:pStyle w:val="ListBullet"/>
      </w:pPr>
      <w:r>
        <w:t>[Acción realizada, contexto y resultado verificable.]</w:t>
      </w:r>
    </w:p>
    <w:p>
      <w:pPr>
        <w:pStyle w:val="ListBullet"/>
      </w:pPr>
      <w:r>
        <w:t>[Otra contribución relevante para la candidatura.]</w:t>
      </w:r>
    </w:p>
    <w:p>
      <w:r>
        <w:rPr>
          <w:b/>
        </w:rPr>
        <w:t>[Puesto o proyecto] · [Organización]</w:t>
      </w:r>
    </w:p>
    <w:p>
      <w:r>
        <w:t>[Mes/año de inicio] – [Mes/año de fin o Actualidad]</w:t>
      </w:r>
    </w:p>
    <w:p>
      <w:pPr>
        <w:pStyle w:val="ListBullet"/>
      </w:pPr>
      <w:r>
        <w:t>[Acción realizada, contexto y resultado verificable.]</w:t>
      </w:r>
    </w:p>
    <w:p>
      <w:pPr>
        <w:pStyle w:val="ListBullet"/>
      </w:pPr>
      <w:r>
        <w:t>[Otra contribución relevante para la candidatura.]</w:t>
      </w:r>
    </w:p>
    <w:p>
      <w:pPr>
        <w:pStyle w:val="Heading1"/>
      </w:pPr>
      <w:r>
        <w:t>Formación</w:t>
      </w:r>
    </w:p>
    <w:p>
      <w:r>
        <w:t>[Titulación o formación] · [Centro] · [Fechas]</w:t>
      </w:r>
    </w:p>
    <w:p>
      <w:pPr>
        <w:pStyle w:val="Heading1"/>
      </w:pPr>
      <w:r>
        <w:t>Competencias</w:t>
      </w:r>
    </w:p>
    <w:p>
      <w:r>
        <w:t>[Herramienta o competencia y nivel respaldado por experiencia]</w:t>
      </w:r>
    </w:p>
    <w:p>
      <w:r>
        <w:t>[Idioma y nivel que puede demostrar]</w:t>
      </w:r>
    </w:p>
    <w:sectPr w:rsidR="00FC693F" w:rsidRPr="0006063C" w:rsidSect="00034616"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editable</dc:title>
  <dc:subject/>
  <dc:creator>VYRCO</dc:creator>
  <cp:keywords/>
  <dc:description>Plantilla original VYRCO. Uso y adaptación gratuitos, incluido uso profesional. Se permite retirar la atribución al enviar una candidatura propia. No revender como plantilla original propia.</dc:description>
  <cp:lastModifiedBy>VYRCO</cp:lastModifiedBy>
  <cp:revision>1</cp:revision>
  <dcterms:created xsi:type="dcterms:W3CDTF">2026-10-24T12:00:00Z</dcterms:created>
  <dcterms:modified xsi:type="dcterms:W3CDTF">2026-10-24T12:00:00Z</dcterms:modified>
  <cp:category/>
</cp:coreProperties>
</file>